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5197"/>
        <w:gridCol w:w="4094"/>
      </w:tblGrid>
      <w:tr w:rsidR="00B053E3" w14:paraId="6E275D4B" w14:textId="77777777">
        <w:trPr>
          <w:jc w:val="center"/>
        </w:trPr>
        <w:tc>
          <w:tcPr>
            <w:tcW w:w="5197" w:type="dxa"/>
          </w:tcPr>
          <w:p w14:paraId="21546C69" w14:textId="77777777" w:rsidR="00B053E3" w:rsidRDefault="00000000">
            <w:pPr>
              <w:spacing w:after="0"/>
            </w:pPr>
            <w:r>
              <w:t>ROMÂNIA</w:t>
            </w:r>
          </w:p>
          <w:p w14:paraId="3ECFC2C6" w14:textId="77777777" w:rsidR="00B053E3" w:rsidRDefault="00000000">
            <w:pPr>
              <w:spacing w:after="0"/>
            </w:pPr>
            <w:r>
              <w:t>JUDEȚUL GALAȚI</w:t>
            </w:r>
          </w:p>
          <w:p w14:paraId="436FFC79" w14:textId="77777777" w:rsidR="00B053E3" w:rsidRDefault="00000000">
            <w:pPr>
              <w:spacing w:after="0"/>
            </w:pPr>
            <w:r>
              <w:t>COMUNA COROD</w:t>
            </w:r>
          </w:p>
          <w:p w14:paraId="3A357FEE" w14:textId="77777777" w:rsidR="00B053E3" w:rsidRDefault="00000000">
            <w:pPr>
              <w:spacing w:after="0"/>
            </w:pPr>
            <w:r>
              <w:t>Compartiment Asistență Socială</w:t>
            </w:r>
          </w:p>
          <w:p w14:paraId="31799C5D" w14:textId="1EA06914" w:rsidR="00B053E3" w:rsidRDefault="00000000">
            <w:pPr>
              <w:spacing w:after="0"/>
            </w:pPr>
            <w:r>
              <w:t xml:space="preserve">Nr. </w:t>
            </w:r>
            <w:r w:rsidR="00A41AA0">
              <w:t>8698</w:t>
            </w:r>
            <w:r>
              <w:t xml:space="preserve"> / 07.08.2026</w:t>
            </w:r>
          </w:p>
        </w:tc>
        <w:tc>
          <w:tcPr>
            <w:tcW w:w="4094" w:type="dxa"/>
          </w:tcPr>
          <w:p w14:paraId="21705987" w14:textId="77777777" w:rsidR="00B053E3" w:rsidRDefault="00B053E3"/>
        </w:tc>
      </w:tr>
    </w:tbl>
    <w:p w14:paraId="7732EA7F" w14:textId="77777777" w:rsidR="00B053E3" w:rsidRDefault="00B053E3"/>
    <w:p w14:paraId="775B0BD6" w14:textId="77777777" w:rsidR="00B053E3" w:rsidRDefault="00000000">
      <w:pPr>
        <w:jc w:val="center"/>
      </w:pPr>
      <w:r>
        <w:rPr>
          <w:b/>
          <w:sz w:val="26"/>
        </w:rPr>
        <w:t>ANUNȚ PUBLIC</w:t>
      </w:r>
    </w:p>
    <w:p w14:paraId="7AE1FAC3" w14:textId="77777777" w:rsidR="00B053E3" w:rsidRDefault="00000000">
      <w:pPr>
        <w:jc w:val="center"/>
      </w:pPr>
      <w:r>
        <w:rPr>
          <w:b/>
        </w:rPr>
        <w:t>privind disponibilitatea UAT Comuna Corod de a colabora cu voluntari pentru activități educaționale și comunitare</w:t>
      </w:r>
    </w:p>
    <w:p w14:paraId="4A5E0BF1" w14:textId="77777777" w:rsidR="00B053E3" w:rsidRDefault="00B053E3"/>
    <w:p w14:paraId="14FCF532" w14:textId="77777777" w:rsidR="00B053E3" w:rsidRDefault="00000000">
      <w:pPr>
        <w:jc w:val="both"/>
      </w:pPr>
      <w:r>
        <w:t>UNITATEA ADMINISTRATIV-TERITORIALĂ COMUNA COROD, cu sediul în comuna Corod, str. Ștefan cel Mare nr. 258, județul Galați, cod poștal 807080, cod de înregistrare fiscală 4393166, telefon 0236.864006, fax 0236.864002, e-mail corod@gl.e-adm.ro, reprezentată legal prin domnul TENIE DUMITRU, în calitate de Primar, anunță disponibilitatea de a colabora cu voluntari, în condițiile Legii nr. 78/2014 privind reglementarea activității de voluntariat în România, cu modificările și completările ulterioare.</w:t>
      </w:r>
    </w:p>
    <w:p w14:paraId="47572E12" w14:textId="77777777" w:rsidR="00B053E3" w:rsidRDefault="00000000">
      <w:pPr>
        <w:jc w:val="both"/>
      </w:pPr>
      <w:r>
        <w:t>Activitățile de voluntariat se vor desfășura în sprijinul implementării proiectului „Furnizare de servicii integrate în comunitățile rurale – facilitarea accesului persoanelor vulnerabile la servicii de bază eficiente și de calitate”, cod PIDS/586/PO4/339395, respectiv în sprijinul activității echipei comunitare integrate constituite la nivelul comunei Corod.</w:t>
      </w:r>
    </w:p>
    <w:p w14:paraId="768F3723" w14:textId="77777777" w:rsidR="00B053E3" w:rsidRDefault="00B053E3"/>
    <w:p w14:paraId="6F43284E" w14:textId="77777777" w:rsidR="00B053E3" w:rsidRDefault="00000000">
      <w:r>
        <w:rPr>
          <w:b/>
        </w:rPr>
        <w:t>1. Scopul colaborării cu voluntari</w:t>
      </w:r>
    </w:p>
    <w:p w14:paraId="7E6E3C6E" w14:textId="77777777" w:rsidR="00B053E3" w:rsidRDefault="00000000">
      <w:pPr>
        <w:jc w:val="both"/>
      </w:pPr>
      <w:r>
        <w:t>Scopul colaborării îl constituie sprijinirea temporară a activităților educaționale și comunitare derulate la nivelul UAT Comuna Corod, în beneficiul copiilor, părinților/reprezentanților legali, familiilor vulnerabile și persoanelor aflate în risc de excluziune socială.</w:t>
      </w:r>
    </w:p>
    <w:p w14:paraId="66115127" w14:textId="77777777" w:rsidR="00B053E3" w:rsidRDefault="00000000">
      <w:pPr>
        <w:jc w:val="both"/>
      </w:pPr>
      <w:r>
        <w:t>Activitatea de voluntariat are caracter temporar, neremunerat și de interes public și se desfășoară până la ocuparea prin concurs a postului corespunzător activităților pentru care voluntarul acordă sprijin.</w:t>
      </w:r>
    </w:p>
    <w:p w14:paraId="4163357C" w14:textId="77777777" w:rsidR="00B053E3" w:rsidRDefault="00000000">
      <w:pPr>
        <w:jc w:val="both"/>
      </w:pPr>
      <w:r>
        <w:t>Activitatea de voluntariat nu reprezintă ocuparea unui post contractual, nu creează raporturi de muncă și nu substituie procedura de recrutare și angajare prin concurs pentru posturile aprobate în cadrul proiectului.</w:t>
      </w:r>
    </w:p>
    <w:p w14:paraId="1607BA9B" w14:textId="77777777" w:rsidR="00B053E3" w:rsidRDefault="00B053E3"/>
    <w:p w14:paraId="418E76A5" w14:textId="77777777" w:rsidR="00B053E3" w:rsidRDefault="00000000">
      <w:r>
        <w:rPr>
          <w:b/>
        </w:rPr>
        <w:t>2. Rolul pentru care se solicită sprijin voluntar</w:t>
      </w:r>
    </w:p>
    <w:p w14:paraId="116A6379" w14:textId="77777777" w:rsidR="00B053E3" w:rsidRDefault="00000000">
      <w:pPr>
        <w:jc w:val="both"/>
      </w:pPr>
      <w:r>
        <w:t>UAT Comuna Corod intenționează să colaboreze cu voluntari pentru următorul rol:</w:t>
      </w:r>
    </w:p>
    <w:p w14:paraId="3976D008" w14:textId="77777777" w:rsidR="00B053E3" w:rsidRDefault="00000000">
      <w:pPr>
        <w:jc w:val="both"/>
      </w:pPr>
      <w:r>
        <w:rPr>
          <w:b/>
        </w:rPr>
        <w:t>Voluntar – consilier școlar (1 poziție)</w:t>
      </w:r>
    </w:p>
    <w:p w14:paraId="1E1789CA" w14:textId="77777777" w:rsidR="00B053E3" w:rsidRDefault="00000000">
      <w:pPr>
        <w:jc w:val="both"/>
      </w:pPr>
      <w:r>
        <w:t>Activitatea se va desfășura cu caracter temporar și de sprijin, în limita pregătirii, competențelor și documentelor prezentate de voluntar, fără exercitarea atribuțiilor rezervate personalului angajat pe post contractual sau personalului de specialitate autorizat.</w:t>
      </w:r>
    </w:p>
    <w:p w14:paraId="080DDDC8" w14:textId="77777777" w:rsidR="00B053E3" w:rsidRDefault="00B053E3"/>
    <w:p w14:paraId="1701FB81" w14:textId="77777777" w:rsidR="00B053E3" w:rsidRDefault="00000000">
      <w:r>
        <w:rPr>
          <w:b/>
        </w:rPr>
        <w:t>3. Activități orientative</w:t>
      </w:r>
    </w:p>
    <w:p w14:paraId="421A4008" w14:textId="77777777" w:rsidR="00B053E3" w:rsidRDefault="00000000">
      <w:pPr>
        <w:jc w:val="both"/>
      </w:pPr>
      <w:r>
        <w:t>Voluntarul poate sprijini următoarele activități:</w:t>
      </w:r>
    </w:p>
    <w:p w14:paraId="04174748" w14:textId="77777777" w:rsidR="00B053E3" w:rsidRDefault="00000000">
      <w:pPr>
        <w:jc w:val="both"/>
      </w:pPr>
      <w:r>
        <w:t>a) informarea copiilor, părinților/reprezentanților legali și familiilor vulnerabile privind importanța participării școlare;</w:t>
      </w:r>
    </w:p>
    <w:p w14:paraId="0C163681" w14:textId="77777777" w:rsidR="00B053E3" w:rsidRDefault="00000000">
      <w:pPr>
        <w:jc w:val="both"/>
      </w:pPr>
      <w:r>
        <w:t>b) sprijinirea activităților de prevenire a absenteismului și abandonului școlar;</w:t>
      </w:r>
    </w:p>
    <w:p w14:paraId="4B359FD2" w14:textId="77777777" w:rsidR="00B053E3" w:rsidRDefault="00000000">
      <w:pPr>
        <w:jc w:val="both"/>
      </w:pPr>
      <w:r>
        <w:lastRenderedPageBreak/>
        <w:t>c) sprijinirea organizării unor activități educaționale nonformale, ateliere, întâlniri comunitare sau sesiuni de informare;</w:t>
      </w:r>
    </w:p>
    <w:p w14:paraId="63411487" w14:textId="77777777" w:rsidR="00B053E3" w:rsidRDefault="00000000">
      <w:pPr>
        <w:jc w:val="both"/>
      </w:pPr>
      <w:r>
        <w:t>d) sprijinirea activităților de orientare a beneficiarilor către servicii sociale, educaționale sau medicale existente în comunitate;</w:t>
      </w:r>
    </w:p>
    <w:p w14:paraId="52BD65B2" w14:textId="77777777" w:rsidR="00B053E3" w:rsidRDefault="00000000">
      <w:pPr>
        <w:jc w:val="both"/>
      </w:pPr>
      <w:r>
        <w:t>e) sprijin logistic la întâlniri cu părinții, cadrele didactice, reprezentanții comunității și alți actori locali;</w:t>
      </w:r>
    </w:p>
    <w:p w14:paraId="46F331A9" w14:textId="77777777" w:rsidR="00B053E3" w:rsidRDefault="00000000">
      <w:pPr>
        <w:jc w:val="both"/>
      </w:pPr>
      <w:r>
        <w:t>f) sprijin la informarea persoanelor vulnerabile cu privire la activitățile proiectului;</w:t>
      </w:r>
    </w:p>
    <w:p w14:paraId="7AC4EB9F" w14:textId="77777777" w:rsidR="00B053E3" w:rsidRDefault="00000000">
      <w:pPr>
        <w:jc w:val="both"/>
      </w:pPr>
      <w:r>
        <w:t>g) sprijin administrativ pentru activitățile de voluntariat, inclusiv completarea raportului de activitate al voluntarului.</w:t>
      </w:r>
    </w:p>
    <w:p w14:paraId="6F901AAF" w14:textId="77777777" w:rsidR="00B053E3" w:rsidRDefault="00B053E3"/>
    <w:p w14:paraId="065CA962" w14:textId="77777777" w:rsidR="00B053E3" w:rsidRDefault="00000000">
      <w:r>
        <w:rPr>
          <w:b/>
        </w:rPr>
        <w:t>4. Activități care nu pot fi desfășurate de voluntar</w:t>
      </w:r>
    </w:p>
    <w:p w14:paraId="2BDAC72E" w14:textId="77777777" w:rsidR="00B053E3" w:rsidRDefault="00000000">
      <w:pPr>
        <w:jc w:val="both"/>
      </w:pPr>
      <w:r>
        <w:t>În cadrul prezentului voluntariat, voluntarul nu va putea:</w:t>
      </w:r>
    </w:p>
    <w:p w14:paraId="0317FA7E" w14:textId="77777777" w:rsidR="00B053E3" w:rsidRDefault="00000000">
      <w:pPr>
        <w:jc w:val="both"/>
      </w:pPr>
      <w:r>
        <w:t>a) să se prezinte ca salariat al UAT Comuna Corod;</w:t>
      </w:r>
    </w:p>
    <w:p w14:paraId="49F171E4" w14:textId="77777777" w:rsidR="00B053E3" w:rsidRDefault="00000000">
      <w:pPr>
        <w:jc w:val="both"/>
      </w:pPr>
      <w:r>
        <w:t>b) să se prezinte ca membru angajat al Echipei Comunitare Integrate;</w:t>
      </w:r>
    </w:p>
    <w:p w14:paraId="4EAB018F" w14:textId="77777777" w:rsidR="00B053E3" w:rsidRDefault="00000000">
      <w:pPr>
        <w:jc w:val="both"/>
      </w:pPr>
      <w:r>
        <w:t>c) să susțină că ocupă postul contractual de consilier școlar;</w:t>
      </w:r>
    </w:p>
    <w:p w14:paraId="1167B19B" w14:textId="77777777" w:rsidR="00B053E3" w:rsidRDefault="00000000">
      <w:pPr>
        <w:jc w:val="both"/>
      </w:pPr>
      <w:r>
        <w:t>d) să semneze documente oficiale în numele UAT Comuna Corod, SPAS, ECI, unității de învățământ, CJRAE sau al altor instituții;</w:t>
      </w:r>
    </w:p>
    <w:p w14:paraId="521534F0" w14:textId="77777777" w:rsidR="00B053E3" w:rsidRDefault="00000000">
      <w:pPr>
        <w:jc w:val="both"/>
      </w:pPr>
      <w:r>
        <w:t>e) să realizeze evaluări psihologice, evaluări psihopedagogice, consiliere specializată sau intervenții educaționale specializate, dacă nu îndeplinește condițiile legale și nu există aprobarea instituției competente;</w:t>
      </w:r>
    </w:p>
    <w:p w14:paraId="129CCCC8" w14:textId="77777777" w:rsidR="00B053E3" w:rsidRDefault="00000000">
      <w:pPr>
        <w:jc w:val="both"/>
      </w:pPr>
      <w:r>
        <w:t>f) să întocmească sau să semneze planuri individuale de intervenție, anchete sociale, fișe de caz, rapoarte de evaluare sau alte documente de specialitate;</w:t>
      </w:r>
    </w:p>
    <w:p w14:paraId="2468D638" w14:textId="77777777" w:rsidR="00B053E3" w:rsidRDefault="00000000">
      <w:pPr>
        <w:jc w:val="both"/>
      </w:pPr>
      <w:r>
        <w:t>g) să colecteze, transmită sau utilizeze date cu caracter personal fără aprobarea coordonatorului și fără respectarea regulilor privind protecția datelor.</w:t>
      </w:r>
    </w:p>
    <w:p w14:paraId="64EEF9B5" w14:textId="77777777" w:rsidR="00B053E3" w:rsidRDefault="00B053E3"/>
    <w:p w14:paraId="3EEE8D04" w14:textId="77777777" w:rsidR="00B053E3" w:rsidRDefault="00000000">
      <w:r>
        <w:rPr>
          <w:b/>
        </w:rPr>
        <w:t>5. Condiții generale pentru voluntari</w:t>
      </w:r>
    </w:p>
    <w:p w14:paraId="60A49A62" w14:textId="77777777" w:rsidR="00B053E3" w:rsidRDefault="00000000">
      <w:pPr>
        <w:jc w:val="both"/>
      </w:pPr>
      <w:r>
        <w:t>Persoanele interesate trebuie să îndeplinească următoarele condiții:</w:t>
      </w:r>
    </w:p>
    <w:p w14:paraId="25C389D4" w14:textId="77777777" w:rsidR="00B053E3" w:rsidRDefault="00000000">
      <w:pPr>
        <w:jc w:val="both"/>
      </w:pPr>
      <w:r>
        <w:t>a) să fi dobândit capacitate de muncă potrivit legislației în domeniul muncii;</w:t>
      </w:r>
    </w:p>
    <w:p w14:paraId="598B56E4" w14:textId="77777777" w:rsidR="00B053E3" w:rsidRDefault="00000000">
      <w:pPr>
        <w:jc w:val="both"/>
      </w:pPr>
      <w:r>
        <w:t>b) să aibă disponibilitate pentru activități de interes public, neremunerate;</w:t>
      </w:r>
    </w:p>
    <w:p w14:paraId="5191509A" w14:textId="77777777" w:rsidR="00B053E3" w:rsidRDefault="00000000">
      <w:pPr>
        <w:jc w:val="both"/>
      </w:pPr>
      <w:r>
        <w:t>c) să manifeste conduită responsabilă, empatică și nediscriminatorie;</w:t>
      </w:r>
    </w:p>
    <w:p w14:paraId="4ECE13BD" w14:textId="77777777" w:rsidR="00B053E3" w:rsidRDefault="00000000">
      <w:pPr>
        <w:jc w:val="both"/>
      </w:pPr>
      <w:r>
        <w:t>d) să respecte confidențialitatea informațiilor și protecția datelor cu caracter personal;</w:t>
      </w:r>
    </w:p>
    <w:p w14:paraId="52D813CC" w14:textId="77777777" w:rsidR="00B053E3" w:rsidRDefault="00000000">
      <w:pPr>
        <w:jc w:val="both"/>
      </w:pPr>
      <w:r>
        <w:t>e) să accepte desfășurarea activității sub coordonarea persoanei desemnate de UAT Comuna Corod;</w:t>
      </w:r>
    </w:p>
    <w:p w14:paraId="467C66A8" w14:textId="77777777" w:rsidR="00B053E3" w:rsidRDefault="00000000">
      <w:pPr>
        <w:jc w:val="both"/>
      </w:pPr>
      <w:r>
        <w:t>f) să respecte limitele rolului de voluntar și instrucțiunile comunicate de organizația-gazdă.</w:t>
      </w:r>
    </w:p>
    <w:p w14:paraId="2D7B03F0" w14:textId="77777777" w:rsidR="00B053E3" w:rsidRDefault="00B053E3"/>
    <w:p w14:paraId="6352DDE9" w14:textId="77777777" w:rsidR="00B053E3" w:rsidRDefault="00000000">
      <w:r>
        <w:rPr>
          <w:b/>
        </w:rPr>
        <w:t>6. Condiții specifice pentru activități educaționale și comunitare</w:t>
      </w:r>
    </w:p>
    <w:p w14:paraId="7D1817AC" w14:textId="77777777" w:rsidR="00B053E3" w:rsidRDefault="00000000">
      <w:pPr>
        <w:jc w:val="both"/>
      </w:pPr>
      <w:r>
        <w:t>Persoanele interesate trebuie să prezinte, după caz:</w:t>
      </w:r>
    </w:p>
    <w:p w14:paraId="20510E22" w14:textId="77777777" w:rsidR="00B053E3" w:rsidRDefault="00000000">
      <w:pPr>
        <w:jc w:val="both"/>
      </w:pPr>
      <w:r>
        <w:t>a) documente de studii;</w:t>
      </w:r>
    </w:p>
    <w:p w14:paraId="6097F083" w14:textId="77777777" w:rsidR="00B053E3" w:rsidRDefault="00000000">
      <w:pPr>
        <w:jc w:val="both"/>
      </w:pPr>
      <w:r>
        <w:t>b) documente care atestă pregătirea psihopedagogică sau experiența în activități cu copii/tineri;</w:t>
      </w:r>
    </w:p>
    <w:p w14:paraId="3FF2BA57" w14:textId="77777777" w:rsidR="00B053E3" w:rsidRDefault="00000000">
      <w:pPr>
        <w:jc w:val="both"/>
      </w:pPr>
      <w:r>
        <w:t>c) cunoștințe de utilizare a calculatorului, internetului și aplicațiilor de comunicare;</w:t>
      </w:r>
    </w:p>
    <w:p w14:paraId="5DE372E5" w14:textId="77777777" w:rsidR="00B053E3" w:rsidRDefault="00000000">
      <w:pPr>
        <w:jc w:val="both"/>
      </w:pPr>
      <w:r>
        <w:t>d) adeverință medicală care să ateste aptitudinea pentru activitățile asumate;</w:t>
      </w:r>
    </w:p>
    <w:p w14:paraId="79BBAC7B" w14:textId="77777777" w:rsidR="00B053E3" w:rsidRDefault="00000000">
      <w:pPr>
        <w:jc w:val="both"/>
      </w:pPr>
      <w:r>
        <w:t>e) certificat de cazier judiciar și certificat de integritate comportamentală, având în vedere interacțiunea cu minori și cu persoane vulnerabile.</w:t>
      </w:r>
    </w:p>
    <w:p w14:paraId="2FD4DD1A" w14:textId="77777777" w:rsidR="00B053E3" w:rsidRDefault="00B053E3"/>
    <w:p w14:paraId="1432F003" w14:textId="77777777" w:rsidR="00B053E3" w:rsidRDefault="00000000">
      <w:r>
        <w:rPr>
          <w:b/>
        </w:rPr>
        <w:t>7. Documente necesare</w:t>
      </w:r>
    </w:p>
    <w:p w14:paraId="012E5419" w14:textId="77777777" w:rsidR="00B053E3" w:rsidRDefault="00000000">
      <w:pPr>
        <w:jc w:val="both"/>
      </w:pPr>
      <w:r>
        <w:t>Persoanele interesate vor depune/transmite următoarele documente:</w:t>
      </w:r>
    </w:p>
    <w:p w14:paraId="695CEE9D" w14:textId="77777777" w:rsidR="00B053E3" w:rsidRDefault="00000000">
      <w:pPr>
        <w:jc w:val="both"/>
      </w:pPr>
      <w:r>
        <w:t>a) cerere/formular de înscriere ca voluntar;</w:t>
      </w:r>
    </w:p>
    <w:p w14:paraId="2D3AEB55" w14:textId="77777777" w:rsidR="00B053E3" w:rsidRDefault="00000000">
      <w:pPr>
        <w:jc w:val="both"/>
      </w:pPr>
      <w:r>
        <w:t>b) copie act de identitate;</w:t>
      </w:r>
    </w:p>
    <w:p w14:paraId="4862E934" w14:textId="77777777" w:rsidR="00B053E3" w:rsidRDefault="00000000">
      <w:pPr>
        <w:jc w:val="both"/>
      </w:pPr>
      <w:r>
        <w:t>c) curriculum vitae;</w:t>
      </w:r>
    </w:p>
    <w:p w14:paraId="15995B1E" w14:textId="77777777" w:rsidR="00B053E3" w:rsidRDefault="00000000">
      <w:pPr>
        <w:jc w:val="both"/>
      </w:pPr>
      <w:r>
        <w:t>d) copii ale documentelor de studii/calificare;</w:t>
      </w:r>
    </w:p>
    <w:p w14:paraId="37493E9A" w14:textId="77777777" w:rsidR="00B053E3" w:rsidRDefault="00000000">
      <w:pPr>
        <w:jc w:val="both"/>
      </w:pPr>
      <w:r>
        <w:t>e) copii ale documentelor care atestă pregătirea psihopedagogică sau experiența relevantă, după caz;</w:t>
      </w:r>
    </w:p>
    <w:p w14:paraId="0FF37656" w14:textId="77777777" w:rsidR="00B053E3" w:rsidRDefault="00000000">
      <w:pPr>
        <w:jc w:val="both"/>
      </w:pPr>
      <w:r>
        <w:t>f) adeverință medicală;</w:t>
      </w:r>
    </w:p>
    <w:p w14:paraId="0A0F734C" w14:textId="77777777" w:rsidR="00B053E3" w:rsidRDefault="00000000">
      <w:pPr>
        <w:jc w:val="both"/>
      </w:pPr>
      <w:r>
        <w:t>g) certificat de cazier judiciar;</w:t>
      </w:r>
    </w:p>
    <w:p w14:paraId="0DC6EAFA" w14:textId="77777777" w:rsidR="00B053E3" w:rsidRDefault="00000000">
      <w:pPr>
        <w:jc w:val="both"/>
      </w:pPr>
      <w:r>
        <w:t>h) certificat de integritate comportamentală;</w:t>
      </w:r>
    </w:p>
    <w:p w14:paraId="23312D6C" w14:textId="77777777" w:rsidR="00B053E3" w:rsidRDefault="00000000">
      <w:pPr>
        <w:jc w:val="both"/>
      </w:pPr>
      <w:r>
        <w:t>i) alte documente relevante pentru activitățile de voluntariat propuse, după caz.</w:t>
      </w:r>
    </w:p>
    <w:p w14:paraId="30A84F58" w14:textId="77777777" w:rsidR="00B053E3" w:rsidRDefault="00000000">
      <w:pPr>
        <w:jc w:val="both"/>
      </w:pPr>
      <w:r>
        <w:t>Certificatul de cazier judiciar și certificatul de integritate comportamentală sunt obligatorii la încheierea contractului de voluntariat, potrivit art. 18 din Legea nr. 118/2019, cu modificările și completările ulterioare. La depunerea dosarului, aceste documente pot fi înlocuite cu dovada solicitării lor, cu obligația prezentării certificatelor cel târziu la data semnării contractului de voluntariat; în lipsa acestora contractul nu se încheie.</w:t>
      </w:r>
    </w:p>
    <w:p w14:paraId="43F8A4E8" w14:textId="77777777" w:rsidR="00B053E3" w:rsidRDefault="00000000">
      <w:pPr>
        <w:jc w:val="both"/>
      </w:pPr>
      <w:r>
        <w:t>Declarația de confidențialitate și protecție a datelor cu caracter personal se va semna la încheierea contractului de voluntariat.</w:t>
      </w:r>
    </w:p>
    <w:p w14:paraId="34DB2C21" w14:textId="77777777" w:rsidR="00B053E3" w:rsidRDefault="00B053E3"/>
    <w:p w14:paraId="5738AB47" w14:textId="77777777" w:rsidR="00B053E3" w:rsidRDefault="00000000">
      <w:r>
        <w:rPr>
          <w:b/>
        </w:rPr>
        <w:t>8. Durata activității de voluntariat</w:t>
      </w:r>
    </w:p>
    <w:p w14:paraId="340FB2F6" w14:textId="77777777" w:rsidR="00B053E3" w:rsidRDefault="00000000">
      <w:pPr>
        <w:jc w:val="both"/>
      </w:pPr>
      <w:r>
        <w:t>Activitatea de voluntariat se va desfășura pe o durată de 3 luni, conform contractului de voluntariat, dar nu mai târziu de data ocupării prin concurs a postului corespunzător activităților pentru care voluntarul acordă sprijin.</w:t>
      </w:r>
    </w:p>
    <w:p w14:paraId="59515DFC" w14:textId="77777777" w:rsidR="00B053E3" w:rsidRDefault="00000000">
      <w:pPr>
        <w:jc w:val="both"/>
      </w:pPr>
      <w:r>
        <w:t>Programul activității va fi stabilit de comun acord între voluntar și coordonatorul voluntarilor desemnat de UAT Comuna Corod.</w:t>
      </w:r>
    </w:p>
    <w:p w14:paraId="218F657D" w14:textId="77777777" w:rsidR="00B053E3" w:rsidRDefault="00B053E3"/>
    <w:p w14:paraId="15353731" w14:textId="77777777" w:rsidR="00B053E3" w:rsidRDefault="00000000">
      <w:r>
        <w:rPr>
          <w:b/>
        </w:rPr>
        <w:t>9. Modalitatea de colaborare</w:t>
      </w:r>
    </w:p>
    <w:p w14:paraId="359310EB" w14:textId="77777777" w:rsidR="00B053E3" w:rsidRDefault="00000000">
      <w:pPr>
        <w:jc w:val="both"/>
      </w:pPr>
      <w:r>
        <w:t>Activitatea de voluntariat se va desfășura numai în baza unui contract de voluntariat încheiat în formă scrisă, însoțit de:</w:t>
      </w:r>
    </w:p>
    <w:p w14:paraId="65FCD119" w14:textId="77777777" w:rsidR="00B053E3" w:rsidRDefault="00000000">
      <w:pPr>
        <w:jc w:val="both"/>
      </w:pPr>
      <w:r>
        <w:t>a) Anexa nr. 1 – Fișa de voluntariat;</w:t>
      </w:r>
    </w:p>
    <w:p w14:paraId="2EEEA218" w14:textId="77777777" w:rsidR="00B053E3" w:rsidRDefault="00000000">
      <w:pPr>
        <w:jc w:val="both"/>
      </w:pPr>
      <w:r>
        <w:t>b) Anexa nr. 2 – Fișa de protecție a voluntarului.</w:t>
      </w:r>
    </w:p>
    <w:p w14:paraId="13CD4FC8" w14:textId="77777777" w:rsidR="00B053E3" w:rsidRDefault="00000000">
      <w:pPr>
        <w:jc w:val="both"/>
      </w:pPr>
      <w:r>
        <w:t>Contractul de voluntariat va fi înregistrat în registrul de evidență a voluntarilor anterior începerii activității, iar un exemplar se înmânează voluntarului.</w:t>
      </w:r>
    </w:p>
    <w:p w14:paraId="467A760F" w14:textId="77777777" w:rsidR="00B053E3" w:rsidRDefault="00B053E3"/>
    <w:p w14:paraId="63100573" w14:textId="77777777" w:rsidR="00B053E3" w:rsidRDefault="00000000">
      <w:r>
        <w:rPr>
          <w:b/>
        </w:rPr>
        <w:t>10. Depunerea documentelor și calendarul selecției</w:t>
      </w:r>
    </w:p>
    <w:p w14:paraId="78ADEB1C" w14:textId="77777777" w:rsidR="00B053E3" w:rsidRDefault="00000000">
      <w:pPr>
        <w:jc w:val="both"/>
      </w:pPr>
      <w:r>
        <w:t>Documentele se pot depune la sediul UAT Comuna Corod, comuna Corod, str. Ștefan cel Mare nr. 258, județul Galați, sau se pot transmite prin e-mail la adresa corod@gl.e-adm.ro.</w:t>
      </w:r>
    </w:p>
    <w:p w14:paraId="43218550" w14:textId="77777777" w:rsidR="00B053E3" w:rsidRDefault="00B053E3"/>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7"/>
        <w:gridCol w:w="4094"/>
      </w:tblGrid>
      <w:tr w:rsidR="00B053E3" w14:paraId="7B1675C2" w14:textId="77777777">
        <w:trPr>
          <w:jc w:val="center"/>
        </w:trPr>
        <w:tc>
          <w:tcPr>
            <w:tcW w:w="4567" w:type="dxa"/>
          </w:tcPr>
          <w:p w14:paraId="78041684" w14:textId="77777777" w:rsidR="00B053E3" w:rsidRDefault="00000000">
            <w:pPr>
              <w:spacing w:after="0"/>
            </w:pPr>
            <w:r>
              <w:rPr>
                <w:b/>
              </w:rPr>
              <w:t>Etapa</w:t>
            </w:r>
          </w:p>
        </w:tc>
        <w:tc>
          <w:tcPr>
            <w:tcW w:w="4094" w:type="dxa"/>
          </w:tcPr>
          <w:p w14:paraId="4FE0B898" w14:textId="77777777" w:rsidR="00B053E3" w:rsidRDefault="00000000">
            <w:pPr>
              <w:spacing w:after="0"/>
            </w:pPr>
            <w:r>
              <w:rPr>
                <w:b/>
              </w:rPr>
              <w:t>Data și ora</w:t>
            </w:r>
          </w:p>
        </w:tc>
      </w:tr>
      <w:tr w:rsidR="00B053E3" w14:paraId="367647B7" w14:textId="77777777">
        <w:trPr>
          <w:jc w:val="center"/>
        </w:trPr>
        <w:tc>
          <w:tcPr>
            <w:tcW w:w="4567" w:type="dxa"/>
          </w:tcPr>
          <w:p w14:paraId="27B08BD0" w14:textId="77777777" w:rsidR="00B053E3" w:rsidRDefault="00000000">
            <w:pPr>
              <w:spacing w:after="0"/>
            </w:pPr>
            <w:r>
              <w:t>Publicarea anunțului</w:t>
            </w:r>
          </w:p>
        </w:tc>
        <w:tc>
          <w:tcPr>
            <w:tcW w:w="4094" w:type="dxa"/>
          </w:tcPr>
          <w:p w14:paraId="3AF0799D" w14:textId="77777777" w:rsidR="00B053E3" w:rsidRDefault="00000000">
            <w:pPr>
              <w:spacing w:after="0"/>
            </w:pPr>
            <w:r>
              <w:t>07.08.2026</w:t>
            </w:r>
          </w:p>
        </w:tc>
      </w:tr>
      <w:tr w:rsidR="00B053E3" w14:paraId="31DCB2A7" w14:textId="77777777">
        <w:trPr>
          <w:jc w:val="center"/>
        </w:trPr>
        <w:tc>
          <w:tcPr>
            <w:tcW w:w="4567" w:type="dxa"/>
          </w:tcPr>
          <w:p w14:paraId="72A9FC7D" w14:textId="77777777" w:rsidR="00B053E3" w:rsidRDefault="00000000">
            <w:pPr>
              <w:spacing w:after="0"/>
            </w:pPr>
            <w:r>
              <w:t>Depunerea dosarelor de înscriere</w:t>
            </w:r>
          </w:p>
        </w:tc>
        <w:tc>
          <w:tcPr>
            <w:tcW w:w="4094" w:type="dxa"/>
          </w:tcPr>
          <w:p w14:paraId="7E482C69" w14:textId="77777777" w:rsidR="00B053E3" w:rsidRDefault="00000000">
            <w:pPr>
              <w:spacing w:after="0"/>
            </w:pPr>
            <w:r>
              <w:t xml:space="preserve">07.08.2026, ora 09:00 – 10.08.2026, ora </w:t>
            </w:r>
            <w:r>
              <w:lastRenderedPageBreak/>
              <w:t>14:00</w:t>
            </w:r>
            <w:r>
              <w:br/>
              <w:t>(vineri 07.08: 09:00–16:00; luni 10.08: 08:00–14:00)</w:t>
            </w:r>
          </w:p>
        </w:tc>
      </w:tr>
      <w:tr w:rsidR="00B053E3" w14:paraId="507BF7F8" w14:textId="77777777">
        <w:trPr>
          <w:jc w:val="center"/>
        </w:trPr>
        <w:tc>
          <w:tcPr>
            <w:tcW w:w="4567" w:type="dxa"/>
          </w:tcPr>
          <w:p w14:paraId="7ABE89E8" w14:textId="77777777" w:rsidR="00B053E3" w:rsidRDefault="00000000">
            <w:pPr>
              <w:spacing w:after="0"/>
            </w:pPr>
            <w:r>
              <w:lastRenderedPageBreak/>
              <w:t>Analiza dosarelor de înscriere</w:t>
            </w:r>
          </w:p>
        </w:tc>
        <w:tc>
          <w:tcPr>
            <w:tcW w:w="4094" w:type="dxa"/>
          </w:tcPr>
          <w:p w14:paraId="7ABD6FEE" w14:textId="77777777" w:rsidR="00B053E3" w:rsidRDefault="00000000">
            <w:pPr>
              <w:spacing w:after="0"/>
            </w:pPr>
            <w:r>
              <w:t>10.08.2026, ora 15:00</w:t>
            </w:r>
          </w:p>
        </w:tc>
      </w:tr>
      <w:tr w:rsidR="00B053E3" w14:paraId="45829A67" w14:textId="77777777">
        <w:trPr>
          <w:jc w:val="center"/>
        </w:trPr>
        <w:tc>
          <w:tcPr>
            <w:tcW w:w="4567" w:type="dxa"/>
          </w:tcPr>
          <w:p w14:paraId="3EE4BE55" w14:textId="77777777" w:rsidR="00B053E3" w:rsidRDefault="00000000">
            <w:pPr>
              <w:spacing w:after="0"/>
            </w:pPr>
            <w:r>
              <w:t>Afișarea rezultatului analizei dosarelor</w:t>
            </w:r>
          </w:p>
        </w:tc>
        <w:tc>
          <w:tcPr>
            <w:tcW w:w="4094" w:type="dxa"/>
          </w:tcPr>
          <w:p w14:paraId="6866A987" w14:textId="77777777" w:rsidR="00B053E3" w:rsidRDefault="00000000">
            <w:pPr>
              <w:spacing w:after="0"/>
            </w:pPr>
            <w:r>
              <w:t>10.08.2026, ora 17:00</w:t>
            </w:r>
          </w:p>
        </w:tc>
      </w:tr>
      <w:tr w:rsidR="00B053E3" w14:paraId="45982504" w14:textId="77777777">
        <w:trPr>
          <w:jc w:val="center"/>
        </w:trPr>
        <w:tc>
          <w:tcPr>
            <w:tcW w:w="4567" w:type="dxa"/>
          </w:tcPr>
          <w:p w14:paraId="3E6A2CA5" w14:textId="77777777" w:rsidR="00B053E3" w:rsidRDefault="00000000">
            <w:pPr>
              <w:spacing w:after="0"/>
            </w:pPr>
            <w:r>
              <w:t>Interviul</w:t>
            </w:r>
          </w:p>
        </w:tc>
        <w:tc>
          <w:tcPr>
            <w:tcW w:w="4094" w:type="dxa"/>
          </w:tcPr>
          <w:p w14:paraId="0A3F9DDF" w14:textId="77777777" w:rsidR="00B053E3" w:rsidRDefault="00000000">
            <w:pPr>
              <w:spacing w:after="0"/>
            </w:pPr>
            <w:r>
              <w:t>11.08.2026, ora 10:00</w:t>
            </w:r>
          </w:p>
        </w:tc>
      </w:tr>
      <w:tr w:rsidR="00B053E3" w14:paraId="0C30525B" w14:textId="77777777">
        <w:trPr>
          <w:jc w:val="center"/>
        </w:trPr>
        <w:tc>
          <w:tcPr>
            <w:tcW w:w="4567" w:type="dxa"/>
          </w:tcPr>
          <w:p w14:paraId="78D0DC59" w14:textId="77777777" w:rsidR="00B053E3" w:rsidRDefault="00000000">
            <w:pPr>
              <w:spacing w:after="0"/>
            </w:pPr>
            <w:r>
              <w:t>Afișarea rezultatului final</w:t>
            </w:r>
          </w:p>
        </w:tc>
        <w:tc>
          <w:tcPr>
            <w:tcW w:w="4094" w:type="dxa"/>
          </w:tcPr>
          <w:p w14:paraId="7FA2309F" w14:textId="77777777" w:rsidR="00B053E3" w:rsidRDefault="00000000">
            <w:pPr>
              <w:spacing w:after="0"/>
            </w:pPr>
            <w:r>
              <w:t>11.08.2026, ora 13:00</w:t>
            </w:r>
          </w:p>
        </w:tc>
      </w:tr>
      <w:tr w:rsidR="00B053E3" w14:paraId="484F183F" w14:textId="77777777">
        <w:trPr>
          <w:jc w:val="center"/>
        </w:trPr>
        <w:tc>
          <w:tcPr>
            <w:tcW w:w="4567" w:type="dxa"/>
          </w:tcPr>
          <w:p w14:paraId="34D413A6" w14:textId="77777777" w:rsidR="00B053E3" w:rsidRDefault="00000000">
            <w:pPr>
              <w:spacing w:after="0"/>
            </w:pPr>
            <w:r>
              <w:t>Semnarea contractului de voluntariat</w:t>
            </w:r>
          </w:p>
        </w:tc>
        <w:tc>
          <w:tcPr>
            <w:tcW w:w="4094" w:type="dxa"/>
          </w:tcPr>
          <w:p w14:paraId="47028FAF" w14:textId="77777777" w:rsidR="00B053E3" w:rsidRDefault="00000000">
            <w:pPr>
              <w:spacing w:after="0"/>
            </w:pPr>
            <w:r>
              <w:t>11.08.2026</w:t>
            </w:r>
          </w:p>
        </w:tc>
      </w:tr>
      <w:tr w:rsidR="00B053E3" w14:paraId="4F0BBBEE" w14:textId="77777777">
        <w:trPr>
          <w:jc w:val="center"/>
        </w:trPr>
        <w:tc>
          <w:tcPr>
            <w:tcW w:w="4567" w:type="dxa"/>
          </w:tcPr>
          <w:p w14:paraId="1D620367" w14:textId="77777777" w:rsidR="00B053E3" w:rsidRDefault="00000000">
            <w:pPr>
              <w:spacing w:after="0"/>
            </w:pPr>
            <w:r>
              <w:t>Începerea activității de voluntariat</w:t>
            </w:r>
          </w:p>
        </w:tc>
        <w:tc>
          <w:tcPr>
            <w:tcW w:w="4094" w:type="dxa"/>
          </w:tcPr>
          <w:p w14:paraId="54294A14" w14:textId="77777777" w:rsidR="00B053E3" w:rsidRDefault="00000000">
            <w:pPr>
              <w:spacing w:after="0"/>
            </w:pPr>
            <w:r>
              <w:t>12.08.2026</w:t>
            </w:r>
          </w:p>
        </w:tc>
      </w:tr>
    </w:tbl>
    <w:p w14:paraId="10356B10" w14:textId="77777777" w:rsidR="00B053E3" w:rsidRDefault="00B053E3"/>
    <w:p w14:paraId="6C58F0DE" w14:textId="77777777" w:rsidR="00B053E3" w:rsidRDefault="00000000">
      <w:r>
        <w:t>Persoană de contact: ______________________________________</w:t>
      </w:r>
    </w:p>
    <w:p w14:paraId="2B1D6D5C" w14:textId="77777777" w:rsidR="00B053E3" w:rsidRDefault="00000000">
      <w:r>
        <w:t>Telefon: 0236.864006 | E-mail: corod@gl.e-adm.ro</w:t>
      </w:r>
    </w:p>
    <w:p w14:paraId="22F92DE0" w14:textId="77777777" w:rsidR="00B053E3" w:rsidRDefault="00B053E3"/>
    <w:p w14:paraId="4C61C0D8" w14:textId="77777777" w:rsidR="00B053E3" w:rsidRDefault="00000000">
      <w:r>
        <w:rPr>
          <w:b/>
        </w:rPr>
        <w:t>11. Selecția voluntarilor</w:t>
      </w:r>
    </w:p>
    <w:p w14:paraId="5D2FE978" w14:textId="77777777" w:rsidR="00B053E3" w:rsidRDefault="00000000">
      <w:pPr>
        <w:jc w:val="both"/>
      </w:pPr>
      <w:r>
        <w:t>UAT Comuna Corod va analiza documentele transmise și poate solicita clarificări sau documente suplimentare, în funcție de tipul activităților de voluntariat propuse.</w:t>
      </w:r>
    </w:p>
    <w:p w14:paraId="121C99FB" w14:textId="77777777" w:rsidR="00B053E3" w:rsidRDefault="00000000">
      <w:pPr>
        <w:jc w:val="both"/>
      </w:pPr>
      <w:r>
        <w:t>Selecția se realizează prin analiza dosarelor de înscriere și interviu. Rezultatele se consemnează în procese-verbale și se afișează la sediul Primăriei comunei Corod și pe pagina de internet a comunei.</w:t>
      </w:r>
    </w:p>
    <w:p w14:paraId="6E4BEF8C" w14:textId="77777777" w:rsidR="00B053E3" w:rsidRDefault="00000000">
      <w:pPr>
        <w:jc w:val="both"/>
      </w:pPr>
      <w:r>
        <w:t>Încheierea contractului de voluntariat se va realiza numai cu persoanele ale căror pregătire, disponibilitate și competențe sunt adecvate activităților de voluntariat ce urmează a fi desfășurate.</w:t>
      </w:r>
    </w:p>
    <w:p w14:paraId="7231C4FE" w14:textId="77777777" w:rsidR="00B053E3" w:rsidRDefault="00B053E3"/>
    <w:p w14:paraId="7A5F3D48" w14:textId="77777777" w:rsidR="00B053E3" w:rsidRDefault="00000000">
      <w:r>
        <w:rPr>
          <w:b/>
        </w:rPr>
        <w:t>12. Mențiuni finale</w:t>
      </w:r>
    </w:p>
    <w:p w14:paraId="32BEDA7C" w14:textId="77777777" w:rsidR="00B053E3" w:rsidRDefault="00000000">
      <w:pPr>
        <w:jc w:val="both"/>
      </w:pPr>
      <w:r>
        <w:t>Activitatea de voluntariat este neremunerată și nu conferă calitatea de salariat al UAT Comuna Corod.</w:t>
      </w:r>
    </w:p>
    <w:p w14:paraId="5ED08D1A" w14:textId="77777777" w:rsidR="00B053E3" w:rsidRDefault="00000000">
      <w:pPr>
        <w:jc w:val="both"/>
      </w:pPr>
      <w:r>
        <w:t>Activitatea de voluntariat nu reprezintă ocuparea posturilor contractuale aprobate în cadrul proiectului și nu substituie procedura de recrutare și angajare prin concurs.</w:t>
      </w:r>
    </w:p>
    <w:p w14:paraId="01C21848" w14:textId="77777777" w:rsidR="00B053E3" w:rsidRDefault="00000000">
      <w:pPr>
        <w:jc w:val="both"/>
      </w:pPr>
      <w:r>
        <w:t>UAT Comuna Corod își rezervă dreptul de a limita, suspenda sau înceta colaborarea cu voluntarii, potrivit contractului de voluntariat și legislației aplicabile.</w:t>
      </w:r>
    </w:p>
    <w:p w14:paraId="0E2A42F9" w14:textId="77777777" w:rsidR="00B053E3" w:rsidRDefault="00B053E3"/>
    <w:p w14:paraId="06580282" w14:textId="77777777" w:rsidR="00B053E3" w:rsidRDefault="00000000">
      <w:pPr>
        <w:jc w:val="center"/>
      </w:pPr>
      <w:r>
        <w:rPr>
          <w:b/>
        </w:rPr>
        <w:t>Primar,</w:t>
      </w:r>
    </w:p>
    <w:p w14:paraId="7964FA9B" w14:textId="77777777" w:rsidR="00B053E3" w:rsidRDefault="00000000">
      <w:pPr>
        <w:jc w:val="center"/>
      </w:pPr>
      <w:r>
        <w:t>TENIE DUMITRU</w:t>
      </w:r>
    </w:p>
    <w:sectPr w:rsidR="00B053E3" w:rsidSect="00034616">
      <w:pgSz w:w="12240" w:h="15840"/>
      <w:pgMar w:top="850" w:right="1020" w:bottom="90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200478205">
    <w:abstractNumId w:val="8"/>
  </w:num>
  <w:num w:numId="2" w16cid:durableId="1603024470">
    <w:abstractNumId w:val="6"/>
  </w:num>
  <w:num w:numId="3" w16cid:durableId="1381006079">
    <w:abstractNumId w:val="5"/>
  </w:num>
  <w:num w:numId="4" w16cid:durableId="186455260">
    <w:abstractNumId w:val="4"/>
  </w:num>
  <w:num w:numId="5" w16cid:durableId="450782014">
    <w:abstractNumId w:val="7"/>
  </w:num>
  <w:num w:numId="6" w16cid:durableId="1416897803">
    <w:abstractNumId w:val="3"/>
  </w:num>
  <w:num w:numId="7" w16cid:durableId="1387610347">
    <w:abstractNumId w:val="2"/>
  </w:num>
  <w:num w:numId="8" w16cid:durableId="1262883810">
    <w:abstractNumId w:val="1"/>
  </w:num>
  <w:num w:numId="9" w16cid:durableId="806900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A5F7F"/>
    <w:rsid w:val="00326F90"/>
    <w:rsid w:val="00A41AA0"/>
    <w:rsid w:val="00AA1D8D"/>
    <w:rsid w:val="00B053E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4630BB"/>
  <w14:defaultImageDpi w14:val="300"/>
  <w15:docId w15:val="{FF2D817D-68AA-4BCB-A427-88AF2BF4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Times New Roman" w:eastAsia="Times New Roman" w:hAnsi="Times New Roman"/>
    </w:rPr>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YPC-23</cp:lastModifiedBy>
  <cp:revision>2</cp:revision>
  <dcterms:created xsi:type="dcterms:W3CDTF">2026-08-07T09:29:00Z</dcterms:created>
  <dcterms:modified xsi:type="dcterms:W3CDTF">2026-08-07T09:29:00Z</dcterms:modified>
  <cp:category/>
</cp:coreProperties>
</file>